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🌾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משחקי טקסט ומשימות – גרסת נייר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🌾 חג הסיגד · חט״ב – חנ״מ · חוברת תלמיד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בחוברת: בלש הטקסט · צופן סודי · דרכון תחנות · מיון וציר זמן · נחשו ובדקו · יוצא דופן · משחקי סיום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א׳ – 🕵️ מה חסר בתערוכה? 🔍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התיק: איזה חפץ חסר בתערוכת הסיגד? קראו את הטקסט, ענו על שאלות הרמזים, וסמנו ✖ על כל חשוד/ה שנשלל/ה.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🏛️ בכיתה יש תערוכה על הסיגד. יש שלושה שלטים. שלט 1: "מטרייה צבעונית ☂️ – הקסים הולכים תחתיה." המטרייה במקום. שלט 2: "מפה 🗺️ – הדרך אל ההר." גם המפה במקום. שלט 3: "כתבי קודש בשפה עתיקה, געז 📜." מעל שלט 3 אין כלום. מה חסר?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החשוד/ה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נשלל/ה? ✖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☂️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המטרייה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מטרייה צבעונית של הקסים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🗺️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המפה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הדרך אל ההר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העתק של האורית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כתבי קודש בשפה עתיקה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האם המטרייה במקום? ☂️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לא, היא 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כן, היא במקום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אין מטרייה בתערוכה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כתוב על המפה? 🗺️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גם המפה במקום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המפה נקרעה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המפה 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 הוא/היא: ______________________ . הוכחה מהטקסט: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 המנהיגים 🔐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הקטע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🙏 הקסים הם מנהיגי הקהילה. הם לא מנהיגים בכוח 💪. הם מנהיגים בדוגמה אישית. הם קוראים מן האורית 📜. הם מזכירים לכולם את החלום ❤️. החלום הוא ירושלים.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הצופן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רמז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🔀 ה ד מ ו ג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שמראים במעשים, לא במילים.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 ‏1‏ ‏- 6‏ ‏- 20‏ ‏- 10‏ ‏- 22‏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כתבי הקודש של הקהילה 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🔀 ח ל ו מ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שרוצים מאוד שיקרה ❤️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🔣 מפתח: א=1 ב=2 ג=3 ד=4 ה=5 ו=6 ז=7 ח=8 ט=9 י=10 כ=11 ל=12 מ=13 נ=14 ס=15 ע=16 פ=17 צ=18 ק=19 ר=20 ש=21 ת=22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 הסודי לפי המורה: 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ב׳ – 🗺️ דרכון התחנות: שלוש תחנות בדרך 🗺️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עולים אל ההר ⛰️. פתרו כל תחנה. אספו אות בכל תחנה ✨. בכל תחנה – פתרו את המשימה וכתבו את אות הקסם שתקבלו מהמורה.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🌅 הבוקר – מה עושים בבוקר הסיגד?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צמים עד הצהריים 🚫🍞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הולכים לים 🌊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קונים מתנות 🎁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⛰️ ההר – מי מוביל את הקהילה אל ההר?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השוטר 👮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הקסים 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הנהג 🚌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🌇 הפסגה – לאן מביטים מן הפסגה?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לעבר הים 🌊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לעבר המדבר 🏜️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לעבר ירושלים ❤️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1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2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3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קסם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🚪 קוד היציאה: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מסדרים וממיינים 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 את היום. מיינו: כוח או דוגמה.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סדרו את יום הסיגד 🕐 – מספרו לפי הסדר (1 = ראשון):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האירוע / השלב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סעודה משותפת 🍲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צום בבוקר 🚫🍞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קריאה באורית 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עלייה להר ⛰️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מנהיג טוב מוביל? – סמנו ✓ בעמודה המתאימה: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כרטיס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בדוגמה אישית 🙏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בכוח 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מאיים בעונש ⚠️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עושה ראשון בעצמו 🚶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צועק על כולם 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מקשיב לאחרים 👂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מזכיר את החלום המשותף ❤️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רצועות מיון לגזירה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צום בבוקר 🚫🍞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עלייה להר ⛰️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קריאה באורית 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סעודה משותפת 🍲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מקשיב לאחרים 👂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צועק על כולם 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עושה ראשון בעצמו 🚶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מאיים בעונש ⚠️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מזכיר את החלום המשותף ❤️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ג׳ – 🔮 נחשו ובדקו 🔮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קטע, הקיפו את הניבוי שלכם – ורק אז המורה תקרא את ההמשך.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הקהילה עולה להר ⛰️. הדרך ארוכה. כולם עייפים.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יעשה הקס?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יכעס על כולם 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יעצור ויעודד את כולם 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ימשיך לבד 🏃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כולם על הפסגה. הקס פותח את האורית 📜.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באיזו שפה כתובה האורית?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בגעז 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באנגלית 🔤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בצרפתית 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התפילה נגמרה. השמש גבוהה ☀️. הגיע הצהריים.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יקרה עכשיו?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כולם ילכו לישון 😴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יצומו עוד יום שלם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יורדים ואוכלים יחד 🍲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מי לא שייך? 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🙏 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👩‍🏫 מורה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🧭 מדריך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👑 מלך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מלך לובש כתר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מלך מוביל בכוח, השאר בדוגמה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מלך גר בארמון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😢 אכזבה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💛 כיסופים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❤️ געגועים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🌟 תקווה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אכזבה מוותרת, השאר מושכים קדימה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אכזבה היא מילה קשה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אכזבה מתחילה באות א׳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⛰️ 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📜 אורית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🛒 עגלת קניות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☂️ מטרייה צבעונית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עגלה היא כלי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עגלה עולה כסף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עגלת קניות לא שייכת לסיגד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ד׳ – 🏁 משחקי סיום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🏆 טריוויה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למה הקס מתרגם את הקריאה?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כדי שכולם יבינו 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כדי לקצר את הטקס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 הוא שכח געז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נותן לקבוצה כוח בדרך הקשה?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לרוץ 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חלום משותף 💛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לכעוס זה על זה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קורה אחרי הירידה מההר?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חוזרים לצום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הולכים לישון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אוכלים וחוגגים יחד 🎉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השתנה בסיגד אחרי העלייה?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החג בוטל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הגעגוע הפך לשמחה 😊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אין יותר קסים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⚡ נכון /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היגד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בסיגד עולים להר. ⛰️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האורית כתובה באנגלית. 🔤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הקסים מתרגמים לאמהרית. 🗣️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בסיגד אוכלים כבר בבוקר. 🍞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הקהילה התגעגעה לירושלים. 💛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הסיגד נחגג רק באתיופיה. 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🧱 מחסן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מחסן: כי · אבל · אחרי · לכן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בבוקר צמים, (1)________ מתכוננים לתפילה. הדרך קשה, (2)________ ממשיכים יחד. (3)________ התפילה חוגגים.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🔎 בלש הניסוח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בטקסט 3 שגיאות. הקיפו אותן וכתבו תיקון: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הקסים עלו לההר. הם קראו שלוש פרקים. מעליהם היו מטריות צבעוניים.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🧠 קלפי זיכרון – גזרו והתאימו מושג להגדרה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סיגד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🧔🏾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7048E8"/>
                <w:sz w:val="24"/>
                <w:rtl/>
                <w:szCs w:val="24"/>
                <w:bCs/>
              </w:rPr>
              <w:t>קס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📜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C7ED6"/>
                <w:sz w:val="24"/>
                <w:rtl/>
                <w:szCs w:val="24"/>
                <w:bCs/>
              </w:rPr>
              <w:t>אורית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🍽️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צום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💛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כיסופים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08C00"/>
                <w:sz w:val="24"/>
                <w:rtl/>
                <w:szCs w:val="24"/>
                <w:bCs/>
              </w:rPr>
              <w:t>חוסן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חג של קהילת יהודי אתיופיה. 🌾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מנהיג רוחני של הקהילה. 🧔🏾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ספר הקודש של הקהילה, בגעז. 📜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לא אוכלים ולא שותים לזמן מה. 🍽️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געגועים חזקים מאוד. 💛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כוח להתמודד ולהמשיך. 💪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אחד שלמדתי היום: 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שנשארה לי: 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🌾 חג הסיגד · חט״ב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